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2A67" w14:textId="687A54C8" w:rsidR="00A8463A" w:rsidRDefault="00A81417" w:rsidP="008D5D9C">
      <w:pPr>
        <w:jc w:val="center"/>
      </w:pPr>
      <w:r>
        <w:rPr>
          <w:b/>
          <w:sz w:val="32"/>
        </w:rPr>
        <w:t>Antrag auf frühere Abholung</w:t>
      </w:r>
    </w:p>
    <w:p w14:paraId="51EF9D9D" w14:textId="77777777" w:rsidR="00A8463A" w:rsidRDefault="00A81417">
      <w:pPr>
        <w:jc w:val="center"/>
      </w:pPr>
      <w:r>
        <w:t>wegen Arzttermin, Therapie oder einem anderen wichtigen Termin</w:t>
      </w:r>
    </w:p>
    <w:p w14:paraId="707E74F6" w14:textId="785BA3CE" w:rsidR="00A8463A" w:rsidRDefault="00A81417">
      <w:r>
        <w:rPr>
          <w:b/>
        </w:rPr>
        <w:t>Bitte füllen Sie dieses Formular vollständig aus. Geben Sie es</w:t>
      </w:r>
      <w:r w:rsidR="0073595A">
        <w:rPr>
          <w:b/>
        </w:rPr>
        <w:t xml:space="preserve"> rechtzeitig</w:t>
      </w:r>
      <w:r>
        <w:rPr>
          <w:b/>
        </w:rPr>
        <w:t xml:space="preserve"> vor dem Termin in der Schule ab.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350"/>
      </w:tblGrid>
      <w:tr w:rsidR="00A8463A" w14:paraId="77206AB9" w14:textId="77777777" w:rsidTr="008D5D9C">
        <w:trPr>
          <w:jc w:val="center"/>
        </w:trPr>
        <w:tc>
          <w:tcPr>
            <w:tcW w:w="34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4" w:space="0" w:color="auto"/>
            </w:tcBorders>
            <w:vAlign w:val="center"/>
          </w:tcPr>
          <w:p w14:paraId="3E59F4E8" w14:textId="77777777" w:rsidR="00A8463A" w:rsidRDefault="00A81417">
            <w:r>
              <w:rPr>
                <w:b/>
              </w:rPr>
              <w:t>Name des Kindes: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45B8" w14:textId="595CEF77" w:rsidR="00A8463A" w:rsidRPr="008D5D9C" w:rsidRDefault="00A8463A"/>
        </w:tc>
      </w:tr>
      <w:tr w:rsidR="00A8463A" w14:paraId="14D50498" w14:textId="77777777" w:rsidTr="008D5D9C">
        <w:trPr>
          <w:jc w:val="center"/>
        </w:trPr>
        <w:tc>
          <w:tcPr>
            <w:tcW w:w="34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31AB34F7" w14:textId="77777777" w:rsidR="00A8463A" w:rsidRDefault="00A81417">
            <w:r>
              <w:rPr>
                <w:b/>
              </w:rPr>
              <w:t>Klasse / Gruppe: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101BC804" w14:textId="12F4EE0C" w:rsidR="00A8463A" w:rsidRDefault="00A8463A"/>
        </w:tc>
      </w:tr>
      <w:tr w:rsidR="00A8463A" w14:paraId="57276EA0" w14:textId="77777777">
        <w:trPr>
          <w:jc w:val="center"/>
        </w:trPr>
        <w:tc>
          <w:tcPr>
            <w:tcW w:w="34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4B1DE51A" w14:textId="77777777" w:rsidR="00A8463A" w:rsidRDefault="00A81417">
            <w:r>
              <w:rPr>
                <w:b/>
              </w:rPr>
              <w:t>Name der Eltern / Sorgeberechtigten:</w:t>
            </w:r>
          </w:p>
        </w:tc>
        <w:tc>
          <w:tcPr>
            <w:tcW w:w="635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54EB04E3" w14:textId="042ED02D" w:rsidR="00A8463A" w:rsidRDefault="00A8463A"/>
        </w:tc>
      </w:tr>
      <w:tr w:rsidR="00A8463A" w14:paraId="1F3733C6" w14:textId="77777777">
        <w:trPr>
          <w:jc w:val="center"/>
        </w:trPr>
        <w:tc>
          <w:tcPr>
            <w:tcW w:w="34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1ECBDB20" w14:textId="77777777" w:rsidR="00A8463A" w:rsidRDefault="00A81417">
            <w:r>
              <w:rPr>
                <w:b/>
              </w:rPr>
              <w:t>Telefonnummer für Rückfragen:</w:t>
            </w:r>
          </w:p>
        </w:tc>
        <w:tc>
          <w:tcPr>
            <w:tcW w:w="635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0DA21CCA" w14:textId="34783FA8" w:rsidR="00A8463A" w:rsidRDefault="00A8463A"/>
        </w:tc>
      </w:tr>
    </w:tbl>
    <w:p w14:paraId="65A09331" w14:textId="77777777" w:rsidR="008D5D9C" w:rsidRDefault="008D5D9C">
      <w:pPr>
        <w:spacing w:after="40"/>
        <w:rPr>
          <w:b/>
          <w:sz w:val="24"/>
        </w:rPr>
      </w:pPr>
    </w:p>
    <w:p w14:paraId="23C9E3DC" w14:textId="5D06B6D3" w:rsidR="00A8463A" w:rsidRDefault="00A81417">
      <w:pPr>
        <w:spacing w:after="40"/>
      </w:pPr>
      <w:r>
        <w:rPr>
          <w:b/>
          <w:sz w:val="24"/>
        </w:rPr>
        <w:t>Grund des Antrags</w:t>
      </w:r>
    </w:p>
    <w:p w14:paraId="133739DA" w14:textId="77777777" w:rsidR="00A8463A" w:rsidRDefault="00A81417">
      <w:pPr>
        <w:spacing w:after="120"/>
      </w:pPr>
      <w:r>
        <w:t>☐ Arzttermin   ☐ Therapie   ☐ Beratung / Amt / wichtige Stelle   ☐ anderer Grund: ______________________________________________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092"/>
        <w:gridCol w:w="5092"/>
      </w:tblGrid>
      <w:tr w:rsidR="00A8463A" w14:paraId="7380A70E" w14:textId="77777777">
        <w:trPr>
          <w:jc w:val="center"/>
        </w:trPr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48B32C3F" w14:textId="77777777" w:rsidR="00A8463A" w:rsidRDefault="00A81417">
            <w:r>
              <w:rPr>
                <w:b/>
              </w:rPr>
              <w:t>Datum des Termins:</w:t>
            </w:r>
          </w:p>
        </w:tc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1CB554BD" w14:textId="5D5B8F68" w:rsidR="00A8463A" w:rsidRDefault="00A8463A"/>
        </w:tc>
      </w:tr>
      <w:tr w:rsidR="00A8463A" w14:paraId="7B85348C" w14:textId="77777777">
        <w:trPr>
          <w:jc w:val="center"/>
        </w:trPr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2995C078" w14:textId="77777777" w:rsidR="00A8463A" w:rsidRDefault="00A81417">
            <w:r>
              <w:rPr>
                <w:b/>
              </w:rPr>
              <w:t>Uhrzeit des Termins:</w:t>
            </w:r>
          </w:p>
        </w:tc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71058326" w14:textId="4ED01564" w:rsidR="00A8463A" w:rsidRDefault="00A81417">
            <w:r>
              <w:t xml:space="preserve">von </w:t>
            </w:r>
            <w:r w:rsidR="008D5D9C">
              <w:t xml:space="preserve">                  </w:t>
            </w:r>
            <w:r>
              <w:t xml:space="preserve"> Uhr bis </w:t>
            </w:r>
            <w:r w:rsidR="008D5D9C">
              <w:t xml:space="preserve">                </w:t>
            </w:r>
            <w:r>
              <w:t xml:space="preserve"> Uhr</w:t>
            </w:r>
          </w:p>
        </w:tc>
      </w:tr>
      <w:tr w:rsidR="00A8463A" w14:paraId="7DA564EF" w14:textId="77777777">
        <w:trPr>
          <w:jc w:val="center"/>
        </w:trPr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403DE6DB" w14:textId="77777777" w:rsidR="00A8463A" w:rsidRDefault="00A81417">
            <w:r>
              <w:rPr>
                <w:b/>
              </w:rPr>
              <w:t>Das Kind soll:</w:t>
            </w:r>
          </w:p>
        </w:tc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vAlign w:val="center"/>
          </w:tcPr>
          <w:p w14:paraId="21CE2D1D" w14:textId="19EACFFF" w:rsidR="00A8463A" w:rsidRDefault="00A81417">
            <w:r>
              <w:t>☐ für den ganzen Tag beurlaubt werden</w:t>
            </w:r>
            <w:r>
              <w:br/>
              <w:t>☐ früher aus dem Ganztag abgeholt werden um __________ Uhr</w:t>
            </w:r>
            <w:r>
              <w:br/>
              <w:t>☐ die Schule / den Ganztag selbstständig verlassen um</w:t>
            </w:r>
            <w:r w:rsidR="008D5D9C">
              <w:t xml:space="preserve">              </w:t>
            </w:r>
            <w:r>
              <w:t xml:space="preserve"> Uhr</w:t>
            </w:r>
          </w:p>
        </w:tc>
      </w:tr>
    </w:tbl>
    <w:p w14:paraId="79ED889C" w14:textId="77777777" w:rsidR="008D5D9C" w:rsidRDefault="008D5D9C">
      <w:pPr>
        <w:spacing w:after="40"/>
        <w:rPr>
          <w:b/>
          <w:sz w:val="24"/>
        </w:rPr>
      </w:pPr>
    </w:p>
    <w:p w14:paraId="4D1E15E4" w14:textId="5C3BB722" w:rsidR="00A8463A" w:rsidRDefault="00A81417">
      <w:pPr>
        <w:spacing w:after="40"/>
      </w:pPr>
      <w:r>
        <w:rPr>
          <w:b/>
          <w:sz w:val="24"/>
        </w:rPr>
        <w:t>Erklärung der Eltern / Sorgeberechtigten</w:t>
      </w:r>
    </w:p>
    <w:p w14:paraId="163AA96B" w14:textId="77777777" w:rsidR="00A8463A" w:rsidRDefault="00A81417">
      <w:pPr>
        <w:spacing w:after="120"/>
      </w:pPr>
      <w:r>
        <w:t>Ich beantrage, dass mein Kind für den oben genannten Termin beurlaubt wird oder den Ganztag früher verlassen darf. Ich weiß: Der versäumte Unterrichtsstoff muss nachgeholt werden.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4"/>
        <w:gridCol w:w="5090"/>
      </w:tblGrid>
      <w:tr w:rsidR="00A8463A" w14:paraId="4B98BA14" w14:textId="77777777"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63821C53" w14:textId="77777777" w:rsidR="00A8463A" w:rsidRDefault="00A81417">
            <w:r>
              <w:rPr>
                <w:b/>
              </w:rPr>
              <w:t>Ort, Datum:</w:t>
            </w:r>
          </w:p>
        </w:tc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11858DAC" w14:textId="603A2E1F" w:rsidR="00A8463A" w:rsidRDefault="00A8463A"/>
        </w:tc>
      </w:tr>
      <w:tr w:rsidR="00A8463A" w14:paraId="5E0CADAB" w14:textId="77777777"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3D276CC1" w14:textId="77777777" w:rsidR="00A8463A" w:rsidRDefault="00A81417">
            <w:r>
              <w:rPr>
                <w:b/>
              </w:rPr>
              <w:t>Unterschrift Eltern / Sorgeberechtigte:</w:t>
            </w:r>
          </w:p>
        </w:tc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2C83F9A3" w14:textId="330835DA" w:rsidR="00A8463A" w:rsidRDefault="00A8463A"/>
        </w:tc>
      </w:tr>
    </w:tbl>
    <w:p w14:paraId="7016D954" w14:textId="77777777" w:rsidR="008D5D9C" w:rsidRDefault="008D5D9C">
      <w:pPr>
        <w:spacing w:after="40"/>
        <w:rPr>
          <w:b/>
          <w:sz w:val="24"/>
        </w:rPr>
      </w:pPr>
    </w:p>
    <w:p w14:paraId="276F4F97" w14:textId="289ED324" w:rsidR="00A8463A" w:rsidRDefault="00A81417">
      <w:pPr>
        <w:spacing w:after="40"/>
      </w:pPr>
      <w:r>
        <w:rPr>
          <w:b/>
          <w:sz w:val="24"/>
        </w:rPr>
        <w:t>Bestätigung der Praxis / der Stelle</w:t>
      </w:r>
    </w:p>
    <w:p w14:paraId="744D1EDB" w14:textId="77777777" w:rsidR="00A8463A" w:rsidRDefault="00A81417">
      <w:pPr>
        <w:spacing w:after="60"/>
      </w:pPr>
      <w:r>
        <w:t>Bitte lassen Sie den Termin hier bestätigen. Alternativ kann eine Bescheinigung beigelegt werden.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6236"/>
        <w:gridCol w:w="3402"/>
      </w:tblGrid>
      <w:tr w:rsidR="00A8463A" w14:paraId="5C1227ED" w14:textId="77777777">
        <w:trPr>
          <w:jc w:val="center"/>
        </w:trPr>
        <w:tc>
          <w:tcPr>
            <w:tcW w:w="623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27E6AF6B" w14:textId="77777777" w:rsidR="00A8463A" w:rsidRDefault="00A81417">
            <w:r>
              <w:t>Bestätigung:</w:t>
            </w:r>
            <w:r>
              <w:br/>
            </w:r>
            <w:r>
              <w:br/>
              <w:t>Das Kind hatte / hat am ____________________ einen Termin.</w:t>
            </w:r>
            <w:r>
              <w:br/>
            </w:r>
            <w:r>
              <w:br/>
              <w:t>Name der Praxis / Stelle:</w:t>
            </w:r>
            <w:r w:rsidR="008D5D9C">
              <w:t xml:space="preserve"> </w:t>
            </w:r>
            <w:r>
              <w:t>_______________________________</w:t>
            </w:r>
            <w:r>
              <w:br/>
            </w:r>
            <w:r>
              <w:br/>
              <w:t xml:space="preserve">Unterschrift: </w:t>
            </w:r>
            <w:r w:rsidR="008D5D9C">
              <w:t>___________________________________</w:t>
            </w:r>
          </w:p>
          <w:p w14:paraId="4DA5B0F1" w14:textId="40D02255" w:rsidR="008D5D9C" w:rsidRDefault="008D5D9C"/>
        </w:tc>
        <w:tc>
          <w:tcPr>
            <w:tcW w:w="3402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6881F147" w14:textId="77777777" w:rsidR="00A8463A" w:rsidRDefault="00A81417">
            <w:r>
              <w:rPr>
                <w:b/>
              </w:rPr>
              <w:t>Stempel der Praxis / Stelle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</w:tbl>
    <w:p w14:paraId="3F92A7F5" w14:textId="55BDE538" w:rsidR="00A8463A" w:rsidRDefault="00A81417">
      <w:pPr>
        <w:spacing w:after="40"/>
      </w:pPr>
      <w:r>
        <w:rPr>
          <w:b/>
          <w:sz w:val="24"/>
        </w:rPr>
        <w:t>Entscheidung der Schul</w:t>
      </w:r>
      <w:r w:rsidR="008D5D9C">
        <w:rPr>
          <w:b/>
          <w:sz w:val="24"/>
        </w:rPr>
        <w:t>leitung</w:t>
      </w:r>
    </w:p>
    <w:p w14:paraId="78423B51" w14:textId="77777777" w:rsidR="00A8463A" w:rsidRDefault="00A81417">
      <w:pPr>
        <w:spacing w:after="120"/>
      </w:pPr>
      <w:r>
        <w:t>☐ genehmigt        ☐ nicht genehmigt        ☐ Rücksprache erforderlich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3"/>
        <w:gridCol w:w="5091"/>
      </w:tblGrid>
      <w:tr w:rsidR="00A8463A" w14:paraId="4A2DD545" w14:textId="77777777"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1FEA800C" w14:textId="77777777" w:rsidR="00A8463A" w:rsidRDefault="00A81417">
            <w:r>
              <w:rPr>
                <w:b/>
              </w:rPr>
              <w:t>Datum:</w:t>
            </w:r>
          </w:p>
        </w:tc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023F1C50" w14:textId="710F7E2A" w:rsidR="00A8463A" w:rsidRDefault="00A8463A"/>
        </w:tc>
      </w:tr>
      <w:tr w:rsidR="00A8463A" w14:paraId="1EA46EED" w14:textId="77777777"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5B5B985A" w14:textId="03A6B827" w:rsidR="00A8463A" w:rsidRDefault="00A81417">
            <w:r>
              <w:rPr>
                <w:b/>
              </w:rPr>
              <w:t>Unterschrift Schulleitung:</w:t>
            </w:r>
          </w:p>
        </w:tc>
        <w:tc>
          <w:tcPr>
            <w:tcW w:w="51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</w:tcPr>
          <w:p w14:paraId="63F08ED5" w14:textId="7A6815E1" w:rsidR="00A8463A" w:rsidRDefault="00A8463A"/>
        </w:tc>
      </w:tr>
    </w:tbl>
    <w:p w14:paraId="25404301" w14:textId="77777777" w:rsidR="00A81417" w:rsidRDefault="00A81417"/>
    <w:sectPr w:rsidR="00A81417" w:rsidSect="00034616">
      <w:headerReference w:type="default" r:id="rId8"/>
      <w:footerReference w:type="default" r:id="rId9"/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C97C7" w14:textId="77777777" w:rsidR="00A81417" w:rsidRDefault="00A81417">
      <w:pPr>
        <w:spacing w:after="0" w:line="240" w:lineRule="auto"/>
      </w:pPr>
      <w:r>
        <w:separator/>
      </w:r>
    </w:p>
  </w:endnote>
  <w:endnote w:type="continuationSeparator" w:id="0">
    <w:p w14:paraId="5EBF300D" w14:textId="77777777" w:rsidR="00A81417" w:rsidRDefault="00A8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DF4E2" w14:textId="77777777" w:rsidR="00A8463A" w:rsidRDefault="00A81417">
    <w:pPr>
      <w:pStyle w:val="Fuzeile"/>
      <w:jc w:val="center"/>
    </w:pPr>
    <w:r>
      <w:rPr>
        <w:sz w:val="16"/>
      </w:rPr>
      <w:t>Hinweis: Bitte Nachweis oder Bestätigung zum Termin mitbringen bzw. nachreichen.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2906" w14:textId="77777777" w:rsidR="00A81417" w:rsidRDefault="00A81417">
      <w:pPr>
        <w:spacing w:after="0" w:line="240" w:lineRule="auto"/>
      </w:pPr>
      <w:r>
        <w:separator/>
      </w:r>
    </w:p>
  </w:footnote>
  <w:footnote w:type="continuationSeparator" w:id="0">
    <w:p w14:paraId="07A0443F" w14:textId="77777777" w:rsidR="00A81417" w:rsidRDefault="00A8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06B4" w14:textId="77777777" w:rsidR="008D5D9C" w:rsidRDefault="008D5D9C" w:rsidP="008D5D9C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1C22949" wp14:editId="730E0829">
          <wp:simplePos x="0" y="0"/>
          <wp:positionH relativeFrom="column">
            <wp:posOffset>-4445</wp:posOffset>
          </wp:positionH>
          <wp:positionV relativeFrom="paragraph">
            <wp:posOffset>5715</wp:posOffset>
          </wp:positionV>
          <wp:extent cx="575945" cy="568960"/>
          <wp:effectExtent l="0" t="0" r="0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 w:cs="Arial"/>
        <w:sz w:val="50"/>
      </w:rPr>
      <w:t xml:space="preserve">     </w:t>
    </w:r>
    <w:r w:rsidRPr="00154230">
      <w:rPr>
        <w:rFonts w:cs="Arial"/>
        <w:b/>
        <w:i/>
        <w:sz w:val="36"/>
        <w:szCs w:val="36"/>
        <w:u w:val="single"/>
      </w:rPr>
      <w:t>Geschwister-Scholl-Schule</w:t>
    </w:r>
    <w:r>
      <w:rPr>
        <w:rFonts w:cs="Arial"/>
        <w:sz w:val="36"/>
        <w:szCs w:val="36"/>
      </w:rPr>
      <w:t xml:space="preserve">   </w:t>
    </w:r>
    <w:r>
      <w:rPr>
        <w:rFonts w:cs="Arial"/>
      </w:rPr>
      <w:t xml:space="preserve">Grundschule des Hochtaunuskreises    </w:t>
    </w:r>
  </w:p>
  <w:p w14:paraId="56244DA5" w14:textId="4655D94A" w:rsidR="008D5D9C" w:rsidRPr="008D5D9C" w:rsidRDefault="008D5D9C" w:rsidP="008D5D9C">
    <w:pPr>
      <w:spacing w:after="0" w:line="240" w:lineRule="auto"/>
      <w:rPr>
        <w:rFonts w:cs="Arial"/>
        <w:sz w:val="36"/>
        <w:szCs w:val="36"/>
      </w:rPr>
    </w:pPr>
    <w:r>
      <w:rPr>
        <w:rFonts w:cs="Arial"/>
      </w:rPr>
      <w:t xml:space="preserve"> </w:t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  <w:t xml:space="preserve">in Steinbach (Taunus)                           </w:t>
    </w:r>
  </w:p>
  <w:p w14:paraId="07056316" w14:textId="77777777" w:rsidR="008D5D9C" w:rsidRDefault="008D5D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7538449">
    <w:abstractNumId w:val="8"/>
  </w:num>
  <w:num w:numId="2" w16cid:durableId="1635407897">
    <w:abstractNumId w:val="6"/>
  </w:num>
  <w:num w:numId="3" w16cid:durableId="1845634087">
    <w:abstractNumId w:val="5"/>
  </w:num>
  <w:num w:numId="4" w16cid:durableId="818116240">
    <w:abstractNumId w:val="4"/>
  </w:num>
  <w:num w:numId="5" w16cid:durableId="1823042725">
    <w:abstractNumId w:val="7"/>
  </w:num>
  <w:num w:numId="6" w16cid:durableId="1299142752">
    <w:abstractNumId w:val="3"/>
  </w:num>
  <w:num w:numId="7" w16cid:durableId="20131263">
    <w:abstractNumId w:val="2"/>
  </w:num>
  <w:num w:numId="8" w16cid:durableId="1680156361">
    <w:abstractNumId w:val="1"/>
  </w:num>
  <w:num w:numId="9" w16cid:durableId="145609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3595A"/>
    <w:rsid w:val="00864EE9"/>
    <w:rsid w:val="008D5D9C"/>
    <w:rsid w:val="00A81417"/>
    <w:rsid w:val="00A8463A"/>
    <w:rsid w:val="00AA1D8D"/>
    <w:rsid w:val="00B47730"/>
    <w:rsid w:val="00CB0664"/>
    <w:rsid w:val="00D16C00"/>
    <w:rsid w:val="00DC35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426832"/>
  <w14:defaultImageDpi w14:val="300"/>
  <w15:docId w15:val="{BA33CD9B-4AF3-4547-A32A-258511A0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rsid w:val="008D5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Sturm, Christine</cp:lastModifiedBy>
  <cp:revision>4</cp:revision>
  <cp:lastPrinted>2026-05-04T07:27:00Z</cp:lastPrinted>
  <dcterms:created xsi:type="dcterms:W3CDTF">2026-05-04T07:25:00Z</dcterms:created>
  <dcterms:modified xsi:type="dcterms:W3CDTF">2026-05-07T09:02:00Z</dcterms:modified>
  <cp:category/>
</cp:coreProperties>
</file>